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Times New Roman" w:hAnsi="Times New Roman"/>
          <w:b/>
          <w:sz w:val="26"/>
        </w:rPr>
        <w:t>CURRICULUM VITAE</w:t>
      </w:r>
    </w:p>
    <w:p>
      <w:pPr>
        <w:spacing w:after="80"/>
        <w:jc w:val="center"/>
      </w:pPr>
      <w:r>
        <w:rPr>
          <w:rFonts w:ascii="Times New Roman" w:hAnsi="Times New Roman"/>
          <w:b/>
          <w:color w:val="1F375A"/>
          <w:sz w:val="32"/>
        </w:rPr>
        <w:t>EMAH ESTHER ASUQUO</w:t>
      </w:r>
    </w:p>
    <w:p>
      <w:pPr>
        <w:spacing w:after="0"/>
        <w:jc w:val="center"/>
      </w:pPr>
      <w:r>
        <w:rPr>
          <w:b/>
        </w:rPr>
        <w:t>Akwa Ibom State, Nigeria</w:t>
      </w:r>
    </w:p>
    <w:p>
      <w:pPr>
        <w:spacing w:after="120"/>
        <w:jc w:val="center"/>
      </w:pPr>
      <w:r>
        <w:t>Phone: 07061030992  |  Email: estherjaslove@gmail.com</w:t>
      </w:r>
    </w:p>
    <w:p>
      <w:pPr>
        <w:spacing w:before="160" w:after="60"/>
        <w:pBdr>
          <w:bottom w:val="single" w:sz="6" w:space="2" w:color="9AAAC0"/>
        </w:pBdr>
      </w:pPr>
      <w:r>
        <w:rPr>
          <w:rFonts w:ascii="Times New Roman" w:hAnsi="Times New Roman"/>
          <w:b/>
          <w:color w:val="1F375A"/>
          <w:sz w:val="22"/>
        </w:rPr>
        <w:t>CAREER OBJECTIVE</w:t>
      </w:r>
    </w:p>
    <w:p>
      <w:r>
        <w:t>To obtain a position in a reputable organization where I can use my communication, customer service, record-keeping and money-handling skills to support daily operations, work effectively with others, and contribute to the growth of the organization.</w:t>
      </w:r>
    </w:p>
    <w:p>
      <w:pPr>
        <w:spacing w:before="160" w:after="60"/>
        <w:pBdr>
          <w:bottom w:val="single" w:sz="6" w:space="2" w:color="9AAAC0"/>
        </w:pBdr>
      </w:pPr>
      <w:r>
        <w:rPr>
          <w:rFonts w:ascii="Times New Roman" w:hAnsi="Times New Roman"/>
          <w:b/>
          <w:color w:val="1F375A"/>
          <w:sz w:val="22"/>
        </w:rPr>
        <w:t>PERSONAL DATA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6912"/>
      </w:tblGrid>
      <w:tr>
        <w:tc>
          <w:tcPr>
            <w:tcW w:type="dxa" w:w="3024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1"/>
              </w:rPr>
              <w:t>Date of Birth:</w:t>
            </w:r>
          </w:p>
        </w:tc>
        <w:tc>
          <w:tcPr>
            <w:tcW w:type="dxa" w:w="6912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21"/>
              </w:rPr>
              <w:t>5th June, 1996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1"/>
              </w:rPr>
              <w:t>Sex:</w:t>
            </w:r>
          </w:p>
        </w:tc>
        <w:tc>
          <w:tcPr>
            <w:tcW w:type="dxa" w:w="6912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21"/>
              </w:rPr>
              <w:t>Female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1"/>
              </w:rPr>
              <w:t>Marital Status:</w:t>
            </w:r>
          </w:p>
        </w:tc>
        <w:tc>
          <w:tcPr>
            <w:tcW w:type="dxa" w:w="6912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21"/>
              </w:rPr>
              <w:t>Single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1"/>
              </w:rPr>
              <w:t>State of Origin:</w:t>
            </w:r>
          </w:p>
        </w:tc>
        <w:tc>
          <w:tcPr>
            <w:tcW w:type="dxa" w:w="6912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21"/>
              </w:rPr>
              <w:t>Akwa Ibom State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1"/>
              </w:rPr>
              <w:t>Nationality:</w:t>
            </w:r>
          </w:p>
        </w:tc>
        <w:tc>
          <w:tcPr>
            <w:tcW w:type="dxa" w:w="6912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21"/>
              </w:rPr>
              <w:t>Nigerian</w:t>
            </w:r>
          </w:p>
        </w:tc>
      </w:tr>
      <w:tr>
        <w:tc>
          <w:tcPr>
            <w:tcW w:type="dxa" w:w="3024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sz w:val="21"/>
              </w:rPr>
              <w:t>Religion:</w:t>
            </w:r>
          </w:p>
        </w:tc>
        <w:tc>
          <w:tcPr>
            <w:tcW w:type="dxa" w:w="6912"/>
            <w:vAlign w:val="center"/>
          </w:tcPr>
          <w:p>
            <w:pPr>
              <w:spacing w:after="0"/>
            </w:pPr>
            <w:r>
              <w:rPr>
                <w:rFonts w:ascii="Times New Roman" w:hAnsi="Times New Roman"/>
                <w:sz w:val="21"/>
              </w:rPr>
              <w:t>Christianity</w:t>
            </w:r>
          </w:p>
        </w:tc>
      </w:tr>
    </w:tbl>
    <w:p>
      <w:pPr>
        <w:spacing w:before="160" w:after="60"/>
        <w:pBdr>
          <w:bottom w:val="single" w:sz="6" w:space="2" w:color="9AAAC0"/>
        </w:pBdr>
      </w:pPr>
      <w:r>
        <w:rPr>
          <w:rFonts w:ascii="Times New Roman" w:hAnsi="Times New Roman"/>
          <w:b/>
          <w:color w:val="1F375A"/>
          <w:sz w:val="22"/>
        </w:rPr>
        <w:t>EDUCATIONAL INSTITUTIONS ATTENDED</w:t>
      </w:r>
    </w:p>
    <w:p>
      <w:pPr>
        <w:ind w:left="216" w:hanging="216"/>
      </w:pPr>
      <w:r>
        <w:rPr>
          <w:color w:val="1F375A"/>
        </w:rPr>
        <w:t xml:space="preserve">◆  </w:t>
      </w:r>
      <w:r>
        <w:t>University of Uyo, Uyo, Akwa Ibom State — 2026</w:t>
      </w:r>
    </w:p>
    <w:p>
      <w:pPr>
        <w:ind w:left="216" w:hanging="216"/>
      </w:pPr>
      <w:r>
        <w:rPr>
          <w:color w:val="1F375A"/>
        </w:rPr>
        <w:t xml:space="preserve">◆  </w:t>
      </w:r>
      <w:r>
        <w:t>Etinan Institute, Etinan, Akwa Ibom State — 2014</w:t>
      </w:r>
    </w:p>
    <w:p>
      <w:pPr>
        <w:ind w:left="216" w:hanging="216"/>
      </w:pPr>
      <w:r>
        <w:rPr>
          <w:color w:val="1F375A"/>
        </w:rPr>
        <w:t xml:space="preserve">◆  </w:t>
      </w:r>
      <w:r>
        <w:t>SS Peter and Paul Nursery School — 2009</w:t>
      </w:r>
    </w:p>
    <w:p>
      <w:pPr>
        <w:spacing w:before="160" w:after="60"/>
        <w:pBdr>
          <w:bottom w:val="single" w:sz="6" w:space="2" w:color="9AAAC0"/>
        </w:pBdr>
      </w:pPr>
      <w:r>
        <w:rPr>
          <w:rFonts w:ascii="Times New Roman" w:hAnsi="Times New Roman"/>
          <w:b/>
          <w:color w:val="1F375A"/>
          <w:sz w:val="22"/>
        </w:rPr>
        <w:t>QUALIFICATION OBTAINED</w:t>
      </w:r>
    </w:p>
    <w:p>
      <w:pPr>
        <w:ind w:left="216" w:hanging="216"/>
      </w:pPr>
      <w:r>
        <w:rPr>
          <w:color w:val="1F375A"/>
        </w:rPr>
        <w:t xml:space="preserve">◆  </w:t>
      </w:r>
      <w:r>
        <w:t>B.Sc. in Sociology and Anthropology — University of Uyo, 2026</w:t>
      </w:r>
    </w:p>
    <w:p>
      <w:pPr>
        <w:ind w:left="216" w:hanging="216"/>
      </w:pPr>
      <w:r>
        <w:rPr>
          <w:color w:val="1F375A"/>
        </w:rPr>
        <w:t xml:space="preserve">◆  </w:t>
      </w:r>
      <w:r>
        <w:t>Senior Secondary School Certificate — Etinan Institute, 2014</w:t>
      </w:r>
    </w:p>
    <w:p>
      <w:pPr>
        <w:spacing w:before="160" w:after="60"/>
        <w:pBdr>
          <w:bottom w:val="single" w:sz="6" w:space="2" w:color="9AAAC0"/>
        </w:pBdr>
      </w:pPr>
      <w:r>
        <w:rPr>
          <w:rFonts w:ascii="Times New Roman" w:hAnsi="Times New Roman"/>
          <w:b/>
          <w:color w:val="1F375A"/>
          <w:sz w:val="22"/>
        </w:rPr>
        <w:t>WORK EXPERIENCE</w:t>
      </w:r>
    </w:p>
    <w:p>
      <w:pPr>
        <w:keepNext/>
        <w:spacing w:after="20"/>
      </w:pPr>
      <w:r>
        <w:rPr>
          <w:b/>
        </w:rPr>
        <w:t>Housekeeper</w:t>
      </w:r>
      <w:r>
        <w:t xml:space="preserve"> | Port Harcourt | 2014–2016</w:t>
      </w:r>
    </w:p>
    <w:p>
      <w:pPr>
        <w:keepNext/>
        <w:spacing w:after="20"/>
      </w:pPr>
      <w:r>
        <w:rPr>
          <w:b/>
        </w:rPr>
        <w:t>Salesperson</w:t>
      </w:r>
      <w:r>
        <w:t xml:space="preserve"> | Ryma Seafood, Ibeno | 2016–2018</w:t>
      </w:r>
    </w:p>
    <w:p>
      <w:pPr>
        <w:keepNext/>
        <w:spacing w:after="20"/>
      </w:pPr>
      <w:r>
        <w:rPr>
          <w:b/>
        </w:rPr>
        <w:t>Packer</w:t>
      </w:r>
      <w:r>
        <w:t xml:space="preserve"> | Tubs and Lids, BAGCO, Lagos | 2019–2021</w:t>
      </w:r>
    </w:p>
    <w:p>
      <w:pPr>
        <w:spacing w:before="160" w:after="60"/>
        <w:pBdr>
          <w:bottom w:val="single" w:sz="6" w:space="2" w:color="9AAAC0"/>
        </w:pBdr>
      </w:pPr>
      <w:r>
        <w:rPr>
          <w:rFonts w:ascii="Times New Roman" w:hAnsi="Times New Roman"/>
          <w:b/>
          <w:color w:val="1F375A"/>
          <w:sz w:val="22"/>
        </w:rPr>
        <w:t>PERSONAL SKILLS</w:t>
      </w:r>
    </w:p>
    <w:p>
      <w:pPr>
        <w:ind w:left="216" w:hanging="216"/>
      </w:pPr>
      <w:r>
        <w:rPr>
          <w:color w:val="1F375A"/>
        </w:rPr>
        <w:t xml:space="preserve">◆  </w:t>
      </w:r>
      <w:r>
        <w:t>Baking pastries</w:t>
      </w:r>
    </w:p>
    <w:p>
      <w:pPr>
        <w:ind w:left="216" w:hanging="216"/>
      </w:pPr>
      <w:r>
        <w:rPr>
          <w:color w:val="1F375A"/>
        </w:rPr>
        <w:t xml:space="preserve">◆  </w:t>
      </w:r>
      <w:r>
        <w:t>Good communication and interpersonal skills</w:t>
      </w:r>
    </w:p>
    <w:p>
      <w:pPr>
        <w:ind w:left="216" w:hanging="216"/>
      </w:pPr>
      <w:r>
        <w:rPr>
          <w:color w:val="1F375A"/>
        </w:rPr>
        <w:t xml:space="preserve">◆  </w:t>
      </w:r>
      <w:r>
        <w:t>Record keeping and handling money</w:t>
      </w:r>
    </w:p>
    <w:p>
      <w:pPr>
        <w:spacing w:before="160" w:after="60"/>
        <w:pBdr>
          <w:bottom w:val="single" w:sz="6" w:space="2" w:color="9AAAC0"/>
        </w:pBdr>
      </w:pPr>
      <w:r>
        <w:rPr>
          <w:rFonts w:ascii="Times New Roman" w:hAnsi="Times New Roman"/>
          <w:b/>
          <w:color w:val="1F375A"/>
          <w:sz w:val="22"/>
        </w:rPr>
        <w:t>REFERENCES</w:t>
      </w:r>
    </w:p>
    <w:p>
      <w:pPr>
        <w:spacing w:after="0"/>
      </w:pPr>
      <w:r>
        <w:rPr>
          <w:b/>
        </w:rPr>
        <w:t>Mrs Christiana Imoh</w:t>
      </w:r>
    </w:p>
    <w:p>
      <w:pPr>
        <w:spacing w:after="0"/>
      </w:pPr>
      <w:r>
        <w:t>BAGCO, Lagos</w:t>
      </w:r>
    </w:p>
    <w:p>
      <w:pPr>
        <w:spacing w:after="100"/>
      </w:pPr>
      <w:r>
        <w:t>Phone: 08064315118</w:t>
      </w:r>
    </w:p>
    <w:p>
      <w:pPr>
        <w:spacing w:after="0"/>
      </w:pPr>
      <w:r>
        <w:rPr>
          <w:b/>
        </w:rPr>
        <w:t>Mrs Gideon Inyang</w:t>
      </w:r>
    </w:p>
    <w:p>
      <w:pPr>
        <w:spacing w:after="0"/>
      </w:pPr>
      <w:r>
        <w:t>CEO, Ryma Seafood, Ibeno</w:t>
      </w:r>
    </w:p>
    <w:p>
      <w:pPr>
        <w:spacing w:after="100"/>
      </w:pPr>
      <w:r>
        <w:t>Phone: 08039359941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