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Akindele Emmanuel Opetiti</w:t>
      </w:r>
    </w:p>
    <w:p>
      <w:pPr>
        <w:jc w:val="center"/>
      </w:pPr>
      <w:r>
        <w:rPr>
          <w:sz w:val="22"/>
        </w:rPr>
        <w:t>Email: akindeleemmanuel2002@gmail.com | Phone: 08140642103</w:t>
      </w:r>
    </w:p>
    <w:p/>
    <w:p>
      <w:r>
        <w:rPr>
          <w:b/>
          <w:color w:val="000000"/>
          <w:sz w:val="24"/>
        </w:rPr>
        <w:t>Professional Summary</w:t>
      </w:r>
    </w:p>
    <w:p>
      <w:r>
        <w:rPr>
          <w:sz w:val="22"/>
        </w:rPr>
        <w:t>Dynamic and results-oriented sales professional with over 6 years of progressive experience in retail, customer service, and business management. Skilled at building strong client relationships, driving sales growth, and leading teams to success. Also proficient in multimedia and creative tools, combining strong business acumen with technical expertise in presentations, video editing, and graphic design.</w:t>
      </w:r>
    </w:p>
    <w:p>
      <w:r>
        <w:rPr>
          <w:b/>
          <w:color w:val="000000"/>
          <w:sz w:val="24"/>
        </w:rPr>
        <w:t>Core Skills</w:t>
      </w:r>
    </w:p>
    <w:p>
      <w:r>
        <w:t>- Sales &amp; Marketing Strategy</w:t>
      </w:r>
    </w:p>
    <w:p>
      <w:r>
        <w:t>- Customer Relationship Management</w:t>
      </w:r>
    </w:p>
    <w:p>
      <w:r>
        <w:t>- Business Development</w:t>
      </w:r>
    </w:p>
    <w:p>
      <w:r>
        <w:t>- Team Leadership &amp; Training</w:t>
      </w:r>
    </w:p>
    <w:p>
      <w:r>
        <w:t>- Microsoft Office Suite (Word, Excel, PowerPoint)</w:t>
      </w:r>
    </w:p>
    <w:p>
      <w:r>
        <w:t>- Adobe Premiere Pro (Video Editing)</w:t>
      </w:r>
    </w:p>
    <w:p>
      <w:r>
        <w:t>- Graphic Design</w:t>
      </w:r>
    </w:p>
    <w:p>
      <w:r>
        <w:t>- Communication &amp; Negotiation</w:t>
      </w:r>
    </w:p>
    <w:p>
      <w:r>
        <w:t>- Inventory &amp; Stock Management</w:t>
      </w:r>
    </w:p>
    <w:p>
      <w:r>
        <w:rPr>
          <w:b/>
          <w:color w:val="000000"/>
          <w:sz w:val="24"/>
        </w:rPr>
        <w:t>Professional Experience</w:t>
      </w:r>
    </w:p>
    <w:p>
      <w:r>
        <w:rPr>
          <w:b/>
        </w:rPr>
        <w:t>Sales Manager – Rovet Grinlif Global Services</w:t>
      </w:r>
      <w:r>
        <w:br/>
      </w:r>
      <w:r>
        <w:rPr>
          <w:i/>
        </w:rPr>
        <w:t>January 2021 – Present</w:t>
      </w:r>
    </w:p>
    <w:p>
      <w:r>
        <w:t>- Lead and supervise a team of sales representatives to achieve set targets.</w:t>
      </w:r>
    </w:p>
    <w:p>
      <w:r>
        <w:t>- Develop and execute sales strategies to drive revenue growth.</w:t>
      </w:r>
    </w:p>
    <w:p>
      <w:r>
        <w:t>- Maintain strong client relationships while identifying new business opportunities.</w:t>
      </w:r>
    </w:p>
    <w:p>
      <w:r>
        <w:t>- Monitor market trends and provide insights for product improvements.</w:t>
      </w:r>
    </w:p>
    <w:p>
      <w:r>
        <w:rPr>
          <w:b/>
        </w:rPr>
        <w:t>Sales Representative – Rovet Grinlif Global Services</w:t>
      </w:r>
      <w:r>
        <w:br/>
      </w:r>
      <w:r>
        <w:rPr>
          <w:i/>
        </w:rPr>
        <w:t>August 2019 – November 2020</w:t>
      </w:r>
    </w:p>
    <w:p>
      <w:r>
        <w:t>- Promoted products and services to clients, increasing customer retention.</w:t>
      </w:r>
    </w:p>
    <w:p>
      <w:r>
        <w:t>- Handled inquiries, resolved complaints, and ensured customer satisfaction.</w:t>
      </w:r>
    </w:p>
    <w:p>
      <w:r>
        <w:t>- Assisted in achieving monthly and quarterly sales goals.</w:t>
      </w:r>
    </w:p>
    <w:p>
      <w:r>
        <w:rPr>
          <w:b/>
        </w:rPr>
        <w:t>Sales Attendant – Total Filling Station, Ogbomosho</w:t>
      </w:r>
      <w:r>
        <w:br/>
      </w:r>
      <w:r>
        <w:rPr>
          <w:i/>
        </w:rPr>
        <w:t>January 2019 – June 2019</w:t>
      </w:r>
    </w:p>
    <w:p>
      <w:r>
        <w:t>- Provided efficient customer service while handling fuel sales transactions.</w:t>
      </w:r>
    </w:p>
    <w:p>
      <w:r>
        <w:t>- Maintained accurate daily transaction records and stock levels.</w:t>
      </w:r>
    </w:p>
    <w:p>
      <w:r>
        <w:t>- Supported overall station operations.</w:t>
      </w:r>
    </w:p>
    <w:p>
      <w:r>
        <w:rPr>
          <w:b/>
        </w:rPr>
        <w:t>Administrative Assistant (Volunteer) – Winners Chapel, Ire Akari, Ogbomosho Zone</w:t>
      </w:r>
      <w:r>
        <w:br/>
      </w:r>
      <w:r>
        <w:rPr>
          <w:i/>
        </w:rPr>
        <w:t>July 2018 – December 2018</w:t>
      </w:r>
    </w:p>
    <w:p>
      <w:r>
        <w:t>- Offered administrative and clerical support for church operations.</w:t>
      </w:r>
    </w:p>
    <w:p>
      <w:r>
        <w:t>- Assisted in organizing events, meetings, and community programs.</w:t>
      </w:r>
    </w:p>
    <w:p>
      <w:r>
        <w:t>- Helped with records management and communication tasks.</w:t>
      </w:r>
    </w:p>
    <w:p>
      <w:r>
        <w:rPr>
          <w:b/>
          <w:color w:val="000000"/>
          <w:sz w:val="24"/>
        </w:rPr>
        <w:t>Education</w:t>
      </w:r>
    </w:p>
    <w:p>
      <w:r>
        <w:rPr>
          <w:b/>
        </w:rPr>
        <w:t>Ekiti State University</w:t>
      </w:r>
      <w:r>
        <w:br/>
        <w:t>B.A. Theatre and Media Arts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