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99749"/>
            <wp:wrapNone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974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755650</wp:posOffset>
            </wp:positionV>
            <wp:extent cx="7562850" cy="418748"/>
            <wp:wrapNone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41874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154"/>
        <w:ind w:left="0" w:right="0"/>
      </w:pPr>
    </w:p>
    <w:p>
      <w:pPr>
        <w:autoSpaceDN w:val="0"/>
        <w:autoSpaceDE w:val="0"/>
        <w:widowControl/>
        <w:spacing w:line="296" w:lineRule="exact" w:before="986" w:after="0"/>
        <w:ind w:left="1208" w:right="0" w:firstLine="0"/>
        <w:jc w:val="left"/>
      </w:pPr>
      <w:r>
        <w:rPr>
          <w:spacing w:val="-10"/>
          <w:w w:val="98.49823327778392"/>
          <w:rFonts w:ascii="helv" w:hAnsi="helv" w:eastAsia="helv"/>
          <w:color w:val="1B2020"/>
          <w:sz w:val="30"/>
        </w:rPr>
        <w:t>FLOW WITH PRIDE</w:t>
      </w:r>
    </w:p>
    <w:p>
      <w:pPr>
        <w:autoSpaceDN w:val="0"/>
        <w:autoSpaceDE w:val="0"/>
        <w:widowControl/>
        <w:spacing w:line="208" w:lineRule="exact" w:before="32" w:after="0"/>
        <w:ind w:left="1394" w:right="0" w:firstLine="0"/>
        <w:jc w:val="left"/>
      </w:pPr>
      <w:r>
        <w:rPr>
          <w:spacing w:val="-10"/>
          <w:rFonts w:ascii="helv" w:hAnsi="helv" w:eastAsia="helv"/>
          <w:color w:val="1B2020"/>
          <w:sz w:val="21"/>
        </w:rPr>
        <w:t xml:space="preserve">No Girl Left Behind </w:t>
      </w:r>
    </w:p>
    <w:p>
      <w:pPr>
        <w:autoSpaceDN w:val="0"/>
        <w:autoSpaceDE w:val="0"/>
        <w:widowControl/>
        <w:spacing w:line="228" w:lineRule="exact" w:before="400" w:after="0"/>
        <w:ind w:left="0" w:right="660" w:firstLine="0"/>
        <w:jc w:val="righ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>14th May, 2025</w:t>
      </w:r>
    </w:p>
    <w:p>
      <w:pPr>
        <w:autoSpaceDN w:val="0"/>
        <w:autoSpaceDE w:val="0"/>
        <w:widowControl/>
        <w:spacing w:line="226" w:lineRule="exact" w:before="364" w:after="0"/>
        <w:ind w:left="660" w:right="0" w:firstLine="0"/>
        <w:jc w:val="lef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>Hon. Obuzor Victor Chukwuemele</w:t>
      </w:r>
    </w:p>
    <w:p>
      <w:pPr>
        <w:autoSpaceDN w:val="0"/>
        <w:autoSpaceDE w:val="0"/>
        <w:widowControl/>
        <w:spacing w:line="308" w:lineRule="exact" w:before="22" w:after="0"/>
        <w:ind w:left="660" w:right="2304" w:firstLine="0"/>
        <w:jc w:val="lef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Member Representing Ahoada West/Ogba/Egbema/Ndoni Federal Constituency </w:t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National Assembly, </w:t>
      </w:r>
      <w:r>
        <w:br/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>Abuja.</w:t>
      </w:r>
    </w:p>
    <w:p>
      <w:pPr>
        <w:autoSpaceDN w:val="0"/>
        <w:autoSpaceDE w:val="0"/>
        <w:widowControl/>
        <w:spacing w:line="228" w:lineRule="exact" w:before="378" w:after="0"/>
        <w:ind w:left="660" w:right="0" w:firstLine="0"/>
        <w:jc w:val="lef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>Dear Sir,</w:t>
      </w:r>
    </w:p>
    <w:p>
      <w:pPr>
        <w:autoSpaceDN w:val="0"/>
        <w:autoSpaceDE w:val="0"/>
        <w:widowControl/>
        <w:spacing w:line="224" w:lineRule="exact" w:before="376" w:after="0"/>
        <w:ind w:left="660" w:right="0" w:firstLine="0"/>
        <w:jc w:val="left"/>
      </w:pPr>
      <w:r>
        <w:rPr>
          <w:spacing w:val="-10"/>
          <w:w w:val="102.18753753681082"/>
          <w:rFonts w:ascii="helv" w:hAnsi="helv" w:eastAsia="helv"/>
          <w:color w:val="000000"/>
          <w:sz w:val="22"/>
        </w:rPr>
        <w:t>GENTLE REMINDER: APPEAL FOR SUPPORT – FLOW WITH PRIDE SANITARY PAD CAMPAIGN</w:t>
      </w:r>
    </w:p>
    <w:p>
      <w:pPr>
        <w:autoSpaceDN w:val="0"/>
        <w:autoSpaceDE w:val="0"/>
        <w:widowControl/>
        <w:spacing w:line="226" w:lineRule="exact" w:before="412" w:after="0"/>
        <w:ind w:left="660" w:right="0" w:firstLine="0"/>
        <w:jc w:val="lef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>I hope this message finds you in good health.</w:t>
      </w:r>
    </w:p>
    <w:p>
      <w:pPr>
        <w:autoSpaceDN w:val="0"/>
        <w:autoSpaceDE w:val="0"/>
        <w:widowControl/>
        <w:spacing w:line="308" w:lineRule="exact" w:before="0" w:after="0"/>
        <w:ind w:left="660" w:right="576" w:firstLine="0"/>
        <w:jc w:val="lef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I am writing to gently follow up on our earlier letter regarding the Flow With Pride initiative — a </w:t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>campaign aimed at distributing sanitary pads to 1,000 girls in rural communities.</w:t>
      </w:r>
    </w:p>
    <w:p>
      <w:pPr>
        <w:autoSpaceDN w:val="0"/>
        <w:autoSpaceDE w:val="0"/>
        <w:widowControl/>
        <w:spacing w:line="306" w:lineRule="exact" w:before="308" w:after="0"/>
        <w:ind w:left="660" w:right="576" w:firstLine="0"/>
        <w:jc w:val="lef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 This project seeks to promote menstrual hygiene, dignity, and equal opportunities for young </w:t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>girls who often miss school due to lack of access to sanitary products.</w:t>
      </w:r>
    </w:p>
    <w:p>
      <w:pPr>
        <w:autoSpaceDN w:val="0"/>
        <w:autoSpaceDE w:val="0"/>
        <w:widowControl/>
        <w:spacing w:line="308" w:lineRule="exact" w:before="308" w:after="0"/>
        <w:ind w:left="660" w:right="660" w:firstLine="0"/>
        <w:jc w:val="both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As we approach May 28th, World Menstrual Hygiene Day, we are planning a special outreach </w:t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visit to distribute these pads and sensitize the girls on menstrual health. Your support at this </w:t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moment would be immensely impactful and symbolic, amplifying both awareness and action on </w:t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>this global day of significance.</w:t>
      </w:r>
    </w:p>
    <w:p>
      <w:pPr>
        <w:autoSpaceDN w:val="0"/>
        <w:autoSpaceDE w:val="0"/>
        <w:widowControl/>
        <w:spacing w:line="308" w:lineRule="exact" w:before="306" w:after="0"/>
        <w:ind w:left="660" w:right="576" w:firstLine="0"/>
        <w:jc w:val="lef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We would deeply appreciate your endorsement, donation, or partnership in making this day </w:t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>truly meaningful for the girls we aim to support.</w:t>
      </w:r>
    </w:p>
    <w:p>
      <w:pPr>
        <w:autoSpaceDN w:val="0"/>
        <w:autoSpaceDE w:val="0"/>
        <w:widowControl/>
        <w:spacing w:line="308" w:lineRule="exact" w:before="284" w:after="0"/>
        <w:ind w:left="660" w:right="7200" w:firstLine="0"/>
        <w:jc w:val="lef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Account Details for Contributions: </w:t>
      </w:r>
      <w:r>
        <w:br/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Bank Name: Wema Bank </w:t>
      </w:r>
      <w:r>
        <w:br/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Account Number: 7650324250 </w:t>
      </w:r>
      <w:r>
        <w:br/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>Account Name: Kefas Naomi Janada</w:t>
      </w:r>
    </w:p>
    <w:p>
      <w:pPr>
        <w:autoSpaceDN w:val="0"/>
        <w:autoSpaceDE w:val="0"/>
        <w:widowControl/>
        <w:spacing w:line="308" w:lineRule="exact" w:before="328" w:after="0"/>
        <w:ind w:left="660" w:right="576" w:firstLine="0"/>
        <w:jc w:val="lef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Thank you for considering our appeal. We look forward to your kind support and hope to share </w:t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>the impact with you after the event.</w:t>
      </w:r>
    </w:p>
    <w:p>
      <w:pPr>
        <w:autoSpaceDN w:val="0"/>
        <w:autoSpaceDE w:val="0"/>
        <w:widowControl/>
        <w:spacing w:line="306" w:lineRule="exact" w:before="310" w:after="1042"/>
        <w:ind w:left="660" w:right="6336" w:firstLine="0"/>
        <w:jc w:val="left"/>
      </w:pP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With sincere appreciation, </w:t>
      </w:r>
      <w:r>
        <w:br/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 xml:space="preserve">Oluchi Benita </w:t>
      </w:r>
      <w:r>
        <w:br/>
      </w:r>
      <w:r>
        <w:rPr>
          <w:spacing w:val="-10"/>
          <w:w w:val="98.7086586330248"/>
          <w:rFonts w:ascii="helv" w:hAnsi="helv" w:eastAsia="helv"/>
          <w:color w:val="000000"/>
          <w:sz w:val="23"/>
        </w:rPr>
        <w:t>(On behalf of the Flow With Pride Initiative)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3020" w:type="dxa"/>
        <w:gridCol w:w="3980" w:type="dxa"/>
        <w:gridCol w:w="3020" w:type="dxa"/>
      </w:tblGrid>
      <w:tr>
        <w:trPr>
          <w:trHeight w:hRule="exact" w:val="258"/>
        </w:trPr>
        <w:tc>
          <w:tcPr>
            <w:tcW w:type="dxa" w:w="3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80" w:after="0"/>
              <w:ind w:left="0" w:right="344" w:firstLine="0"/>
              <w:jc w:val="right"/>
            </w:pPr>
            <w:r>
              <w:rPr>
                <w:spacing w:val="-10"/>
                <w:w w:val="98.6917495727539"/>
                <w:rFonts w:ascii="helv" w:hAnsi="helv" w:eastAsia="helv"/>
                <w:color w:val="FFFFFF"/>
                <w:sz w:val="20"/>
              </w:rPr>
              <w:t>@flowwithpride</w:t>
            </w:r>
          </w:p>
        </w:tc>
        <w:tc>
          <w:tcPr>
            <w:tcW w:type="dxa" w:w="3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80" w:after="0"/>
              <w:ind w:left="0" w:right="0" w:firstLine="0"/>
              <w:jc w:val="center"/>
            </w:pPr>
            <w:r>
              <w:rPr>
                <w:spacing w:val="-10"/>
                <w:w w:val="98.6917495727539"/>
                <w:rFonts w:ascii="helv" w:hAnsi="helv" w:eastAsia="helv"/>
                <w:color w:val="FFFFFF"/>
                <w:sz w:val="20"/>
              </w:rPr>
              <w:t>helloflowwithpride@gmail.com</w:t>
            </w:r>
          </w:p>
        </w:tc>
        <w:tc>
          <w:tcPr>
            <w:tcW w:type="dxa" w:w="3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60" w:after="0"/>
              <w:ind w:left="442" w:right="0" w:firstLine="0"/>
              <w:jc w:val="left"/>
            </w:pPr>
            <w:r>
              <w:rPr>
                <w:spacing w:val="-10"/>
                <w:w w:val="98.6917495727539"/>
                <w:rFonts w:ascii="helv" w:hAnsi="helv" w:eastAsia="helv"/>
                <w:color w:val="FFFFFF"/>
                <w:sz w:val="20"/>
              </w:rPr>
              <w:t>+234 7072395044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sectPr w:rsidR="00FC693F" w:rsidRPr="0006063C" w:rsidSect="00034616">
      <w:pgSz w:w="11910" w:h="16845"/>
      <w:pgMar w:top="596" w:right="0" w:bottom="112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