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2"/>
        </w:rPr>
        <w:t>Ugwuegbu Nancy Chiamaka</w:t>
        <w:br/>
      </w:r>
    </w:p>
    <w:p>
      <w:pPr>
        <w:jc w:val="center"/>
      </w:pPr>
      <w:r>
        <w:t>Entry-Level Customer Support &amp; Remote Recruitment Specialist</w:t>
      </w:r>
    </w:p>
    <w:p>
      <w:pPr>
        <w:jc w:val="center"/>
      </w:pPr>
      <w:r>
        <w:t>📧 ugwuegbunancy3@gmail.com | 📞 07084582228 | 📍 Abuja, Nigeria</w:t>
      </w:r>
    </w:p>
    <w:p/>
    <w:p>
      <w:pPr>
        <w:pStyle w:val="Heading2"/>
      </w:pPr>
      <w:r>
        <w:t>Professional Summary</w:t>
      </w:r>
    </w:p>
    <w:p>
      <w:r>
        <w:t>Reliable and empathetic Customer Service Representative with 1+ year of remote support experience assisting customers via phone, email, and live chat. Skilled in resolving issues efficiently while maintaining professionalism, data confidentiality, and strong communication. Quick to learn new tools and systems, with a passion for technology and a customer-first attitude. Experienced in following company policies, meeting deadlines, and suggesting service improvements.</w:t>
      </w:r>
    </w:p>
    <w:p>
      <w:pPr>
        <w:pStyle w:val="Heading2"/>
      </w:pPr>
      <w:r>
        <w:t>Key Skills</w:t>
      </w:r>
    </w:p>
    <w:p>
      <w:pPr>
        <w:pStyle w:val="ListBullet"/>
      </w:pPr>
    </w:p>
    <w:p>
      <w:pPr>
        <w:pStyle w:val="ListBullet"/>
      </w:pPr>
    </w:p>
    <w:p>
      <w:pPr>
        <w:pStyle w:val="ListBullet"/>
      </w:pPr>
    </w:p>
    <w:p>
      <w:pPr>
        <w:pStyle w:val="ListBullet"/>
      </w:pPr>
    </w:p>
    <w:p>
      <w:pPr>
        <w:pStyle w:val="ListBullet"/>
      </w:pPr>
    </w:p>
    <w:p>
      <w:pPr>
        <w:pStyle w:val="ListBullet"/>
      </w:pPr>
    </w:p>
    <w:p>
      <w:pPr>
        <w:pStyle w:val="ListBullet"/>
      </w:pPr>
    </w:p>
    <w:p>
      <w:pPr>
        <w:pStyle w:val="ListBullet"/>
      </w:pPr>
    </w:p>
    <w:p>
      <w:pPr>
        <w:pStyle w:val="ListBullet"/>
      </w:pPr>
    </w:p>
    <w:p>
      <w:pPr>
        <w:pStyle w:val="Heading2"/>
      </w:pPr>
      <w:r>
        <w:t>Professional Experience</w:t>
      </w:r>
    </w:p>
    <w:p>
      <w:pPr>
        <w:pStyle w:val="Heading3"/>
      </w:pPr>
      <w:r>
        <w:t>Remote Virtual Assistant</w:t>
      </w:r>
    </w:p>
    <w:p>
      <w:r>
        <w:t>Freelance (Remote – Nigeria) | Jan 2024 – Present</w:t>
      </w:r>
    </w:p>
    <w:p>
      <w:pPr>
        <w:pStyle w:val="ListBullet"/>
      </w:pPr>
      <w:r>
        <w:t>• Sourced candidates through WhatsApp groups and referrals for client projects.</w:t>
      </w:r>
    </w:p>
    <w:p>
      <w:pPr>
        <w:pStyle w:val="ListBullet"/>
      </w:pPr>
      <w:r>
        <w:t>• Pre-screened applicants for availability, job readiness, and communication skills.</w:t>
      </w:r>
    </w:p>
    <w:p>
      <w:pPr>
        <w:pStyle w:val="ListBullet"/>
      </w:pPr>
      <w:r>
        <w:t>• Scheduled interviews and managed Google Sheets to track candidate status.</w:t>
      </w:r>
    </w:p>
    <w:p>
      <w:pPr>
        <w:pStyle w:val="ListBullet"/>
      </w:pPr>
      <w:r>
        <w:t>• Created CV summaries, handled email follow-ups, and maintained clean records.</w:t>
      </w:r>
    </w:p>
    <w:p>
      <w:pPr>
        <w:pStyle w:val="Heading3"/>
      </w:pPr>
      <w:r>
        <w:t>Customer Service Representative | Hybrid</w:t>
      </w:r>
    </w:p>
    <w:p>
      <w:r>
        <w:t>Lagos/Nigeria – Jan 2023 – Dec 2023</w:t>
      </w:r>
    </w:p>
    <w:p>
      <w:pPr>
        <w:pStyle w:val="ListBullet"/>
      </w:pPr>
      <w:r>
        <w:t>• Assisted 30+ customers daily via phone, email, and live chat.</w:t>
      </w:r>
    </w:p>
    <w:p>
      <w:pPr>
        <w:pStyle w:val="ListBullet"/>
      </w:pPr>
      <w:r>
        <w:t>• Resolved product and service issues with over 95% satisfaction rating.</w:t>
      </w:r>
    </w:p>
    <w:p>
      <w:pPr>
        <w:pStyle w:val="ListBullet"/>
      </w:pPr>
      <w:r>
        <w:t>• Documented customer interactions using CRM systems and flagged escalations.</w:t>
      </w:r>
    </w:p>
    <w:p>
      <w:pPr>
        <w:pStyle w:val="ListBullet"/>
      </w:pPr>
      <w:r>
        <w:t>• Demonstrated calm and empathy during tense or high-pressure conversations.</w:t>
      </w:r>
    </w:p>
    <w:p>
      <w:pPr>
        <w:pStyle w:val="Heading3"/>
      </w:pPr>
      <w:r>
        <w:t>Customer Service Intern (Remote)</w:t>
      </w:r>
    </w:p>
    <w:p>
      <w:r>
        <w:t>SundryAgro Limited – Nigeria | Jan 2025 – Jun 2025</w:t>
      </w:r>
    </w:p>
    <w:p>
      <w:pPr>
        <w:pStyle w:val="ListBullet"/>
      </w:pPr>
      <w:r>
        <w:t>• Answered inbound calls and emails, logging all complaints in internal tools.</w:t>
      </w:r>
    </w:p>
    <w:p>
      <w:pPr>
        <w:pStyle w:val="ListBullet"/>
      </w:pPr>
      <w:r>
        <w:t>• Assisted in collecting customer feedback and preparing follow-up responses.</w:t>
      </w:r>
    </w:p>
    <w:p>
      <w:pPr>
        <w:pStyle w:val="ListBullet"/>
      </w:pPr>
      <w:r>
        <w:t>• Participated in remote training and applied customer service scripts effectively.</w:t>
      </w:r>
    </w:p>
    <w:p>
      <w:pPr>
        <w:pStyle w:val="Heading2"/>
      </w:pPr>
      <w:r>
        <w:t>Education</w:t>
      </w:r>
    </w:p>
    <w:p>
      <w:pPr>
        <w:pStyle w:val="Heading3"/>
      </w:pPr>
      <w:r>
        <w:t>Nigeria Certificate in Education (NCE)</w:t>
      </w:r>
    </w:p>
    <w:p>
      <w:r>
        <w:t>College of Education, Zuba – Expected 2025</w:t>
        <w:br/>
        <w:t>Suleja, Niger State</w:t>
      </w:r>
    </w:p>
    <w:p>
      <w:pPr>
        <w:pStyle w:val="Heading3"/>
      </w:pPr>
      <w:r>
        <w:t>SSCE</w:t>
      </w:r>
    </w:p>
    <w:p>
      <w:r>
        <w:t>Our Ladies Secondary School – Suleja, Niger State</w:t>
      </w:r>
    </w:p>
    <w:p>
      <w:pPr>
        <w:pStyle w:val="Heading2"/>
      </w:pPr>
      <w:r>
        <w:t>Certifications &amp; Tools</w:t>
      </w:r>
    </w:p>
    <w:p>
      <w:pPr>
        <w:pStyle w:val="ListBullet"/>
      </w:pPr>
      <w:r>
        <w:t>• Google Digital Skills for Africa – Communication &amp; Remote Work (2024)</w:t>
      </w:r>
    </w:p>
    <w:p>
      <w:pPr>
        <w:pStyle w:val="ListBullet"/>
      </w:pPr>
      <w:r>
        <w:t>• CRM: Salesforce, Zendesk</w:t>
      </w:r>
    </w:p>
    <w:p>
      <w:pPr>
        <w:pStyle w:val="ListBullet"/>
      </w:pPr>
      <w:r>
        <w:t>• Productivity: Google Workspace, Microsoft Office, Notion</w:t>
      </w:r>
    </w:p>
    <w:p>
      <w:pPr>
        <w:pStyle w:val="ListBullet"/>
      </w:pPr>
      <w:r>
        <w:t>• Communication Tools: Calendly, Zoom, Google Meet</w:t>
      </w:r>
    </w:p>
    <w:p>
      <w:pPr>
        <w:pStyle w:val="ListBullet"/>
      </w:pPr>
      <w:r>
        <w:t>• Typing Speed: 45+ WPM</w:t>
      </w:r>
    </w:p>
    <w:p>
      <w:pPr>
        <w:pStyle w:val="Heading2"/>
      </w:pPr>
      <w:r>
        <w:t>Additional Information</w:t>
      </w:r>
    </w:p>
    <w:p>
      <w:pPr>
        <w:pStyle w:val="ListBullet"/>
      </w:pPr>
      <w:r>
        <w:t>• Fully equipped home office with noise-cancelling headset &amp; reliable internet</w:t>
      </w:r>
    </w:p>
    <w:p>
      <w:pPr>
        <w:pStyle w:val="ListBullet"/>
      </w:pPr>
      <w:r>
        <w:t>• Available for full-time remote roles (day/night shifts or contract-based)</w:t>
      </w:r>
    </w:p>
    <w:p>
      <w:pPr>
        <w:pStyle w:val="ListBullet"/>
      </w:pPr>
      <w:r>
        <w:t>• Committed to ethical recruitment, clear communication, and timely delivery</w:t>
      </w:r>
    </w:p>
    <w:p>
      <w:r>
        <w:t>• Customer Communication &amp; Support</w:t>
      </w:r>
    </w:p>
    <w:p>
      <w:r>
        <w:t>• Conflict Resolution &amp; Empathy</w:t>
      </w:r>
    </w:p>
    <w:p>
      <w:r>
        <w:t>• Remote Work Tools (Email, Chat, CRM)</w:t>
      </w:r>
    </w:p>
    <w:p>
      <w:r>
        <w:t>• Fast Learner with Tech Awareness</w:t>
      </w:r>
    </w:p>
    <w:p>
      <w:r>
        <w:t>• Data Confidentiality &amp; Policy Compliance</w:t>
      </w:r>
    </w:p>
    <w:p>
      <w:r>
        <w:t>• Problem Solving &amp; Process Improvement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